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sz w:val="40"/>
        </w:rPr>
        <w:t>Quarterly AI Visibility Notes: [Q# YYYY]</w:t>
      </w:r>
    </w:p>
    <w:p>
      <w:r>
        <w:rPr>
          <w:i/>
        </w:rPr>
        <w:t>For service businesses: what changed, what stayed stable, and what to do next.</w:t>
      </w:r>
    </w:p>
    <w:p>
      <w:r>
        <w:t>Publishing cadence: Quarterly (Jan-Mar, Apr-Jun, Jul-Sep, Oct-Dec). Duplicate this document each quarter and fill the placeholders.</w:t>
      </w:r>
    </w:p>
    <w:p/>
    <w:p>
      <w:r>
        <w:rPr>
          <w:b/>
          <w:sz w:val="28"/>
        </w:rPr>
        <w:t>At a glance (copy this into Slack/email)</w:t>
      </w:r>
    </w:p>
    <w:p>
      <w:pPr>
        <w:pStyle w:val="ListBullet"/>
      </w:pPr>
      <w:r>
        <w:t>Quarter window: [Start date] to [End date]</w:t>
      </w:r>
    </w:p>
    <w:p>
      <w:pPr>
        <w:pStyle w:val="ListBullet"/>
      </w:pPr>
      <w:r>
        <w:t>Primary markets/verticals covered: [e.g., local services / B2B services]</w:t>
      </w:r>
    </w:p>
    <w:p>
      <w:pPr>
        <w:pStyle w:val="ListBullet"/>
      </w:pPr>
      <w:r>
        <w:t>Top 3 changes: [1] [2] [3]</w:t>
      </w:r>
    </w:p>
    <w:p>
      <w:pPr>
        <w:pStyle w:val="ListBullet"/>
      </w:pPr>
      <w:r>
        <w:t>Top 3 actions this quarter: [1] [2] [3]</w:t>
      </w:r>
    </w:p>
    <w:p>
      <w:pPr>
        <w:pStyle w:val="ListBullet"/>
      </w:pPr>
      <w:r>
        <w:t>What we are ignoring: [e.g., AI hacks, bulk fan-out pages]</w:t>
      </w:r>
    </w:p>
    <w:p/>
    <w:p>
      <w:r>
        <w:rPr>
          <w:b/>
          <w:sz w:val="28"/>
        </w:rPr>
        <w:t>1) Scope and assumptions</w:t>
      </w:r>
    </w:p>
    <w:p>
      <w:r>
        <w:t>Fill this so readers understand what this update applies to (and what it doesn’t).</w:t>
      </w:r>
    </w:p>
    <w:p>
      <w:pPr>
        <w:pStyle w:val="ListBullet"/>
      </w:pPr>
      <w:r>
        <w:t>Sites reviewed: [#] sites / [#] domains</w:t>
      </w:r>
    </w:p>
    <w:p>
      <w:pPr>
        <w:pStyle w:val="ListBullet"/>
      </w:pPr>
      <w:r>
        <w:t>Primary service type(s): [list]</w:t>
      </w:r>
    </w:p>
    <w:p>
      <w:pPr>
        <w:pStyle w:val="ListBullet"/>
      </w:pPr>
      <w:r>
        <w:t>Primary goal: [Qualified inquiries / bookings / calls]</w:t>
      </w:r>
    </w:p>
    <w:p>
      <w:pPr>
        <w:pStyle w:val="ListBullet"/>
      </w:pPr>
      <w:r>
        <w:t>Tracking sources: [Search Console] + [GA4] + [Call tracking/CRM if used]</w:t>
      </w:r>
    </w:p>
    <w:p>
      <w:pPr>
        <w:pStyle w:val="ListBullet"/>
      </w:pPr>
      <w:r>
        <w:t>Constraints: [dev bandwidth, approval speed, compliance limits]</w:t>
      </w:r>
    </w:p>
    <w:p/>
    <w:p>
      <w:r>
        <w:rPr>
          <w:b/>
          <w:sz w:val="28"/>
        </w:rPr>
        <w:t>2) What changed (external environment)</w:t>
      </w:r>
    </w:p>
    <w:p>
      <w:r>
        <w:t>Use only what matters for service businesses. Link to official docs where possible. Avoid speculative hot takes.</w:t>
      </w:r>
    </w:p>
    <w:p>
      <w:r>
        <w:rPr>
          <w:b/>
          <w:sz w:val="24"/>
        </w:rPr>
        <w:t>2A) Google Search: AI Overviews / AI Mode notes</w:t>
      </w:r>
    </w:p>
    <w:p>
      <w:pPr>
        <w:spacing w:after="120"/>
      </w:pPr>
      <w:r>
        <w:t>Change: [What changed?]</w:t>
        <w:br/>
        <w:t>Why it matters: [Impact on discovery/CTR/snippets]</w:t>
        <w:br/>
        <w:t>What to do: [Concrete action]</w:t>
        <w:br/>
        <w:t>Who it affects: [Which site types/queries]</w:t>
      </w:r>
    </w:p>
    <w:p>
      <w:pPr>
        <w:spacing w:after="120"/>
      </w:pPr>
      <w:r>
        <w:t>Change: [What changed?]</w:t>
        <w:br/>
        <w:t>Why it matters: ...</w:t>
        <w:br/>
        <w:t>What to do: ...</w:t>
        <w:br/>
        <w:t>Who it affects: ...</w:t>
      </w:r>
    </w:p>
    <w:p>
      <w:r>
        <w:rPr>
          <w:b/>
          <w:sz w:val="24"/>
        </w:rPr>
        <w:t>2B) ChatGPT / AI assistants notes (crawl + referrals)</w:t>
      </w:r>
    </w:p>
    <w:p>
      <w:r>
        <w:t>Note: Separate (a) crawl access/readiness and (b) referral tracking/landing behavior.</w:t>
      </w:r>
    </w:p>
    <w:p>
      <w:pPr>
        <w:spacing w:after="120"/>
      </w:pPr>
      <w:r>
        <w:t>Access/readiness update: [robots/WAF/crawl access notes]</w:t>
        <w:br/>
        <w:t>What to do: [Action]</w:t>
        <w:br/>
        <w:t>Owner: [Who will implement]</w:t>
      </w:r>
    </w:p>
    <w:p>
      <w:pPr>
        <w:spacing w:after="120"/>
      </w:pPr>
      <w:r>
        <w:t>Referral/measurement update: [utm_source or reporting changes]</w:t>
        <w:br/>
        <w:t>What to do: [Action]</w:t>
        <w:br/>
        <w:t>Owner: [Who will implement]</w:t>
      </w:r>
    </w:p>
    <w:p/>
    <w:p>
      <w:r>
        <w:rPr>
          <w:b/>
          <w:sz w:val="28"/>
        </w:rPr>
        <w:t>3) What we observed (signals vs outcomes)</w:t>
      </w:r>
    </w:p>
    <w:p>
      <w:r>
        <w:t>Report trends, not noise. Use clusters and page roles, not isolated keywords.</w:t>
      </w:r>
    </w:p>
    <w:p>
      <w:pPr>
        <w:pStyle w:val="ListBullet"/>
      </w:pPr>
      <w:r>
        <w:t>Search Console signals (last 90 days vs previous 90 days): impressions, clicks, CTR, average position for the owner page + support cluster.</w:t>
      </w:r>
    </w:p>
    <w:p>
      <w:pPr>
        <w:pStyle w:val="ListBullet"/>
      </w:pPr>
      <w:r>
        <w:t>Outcome metrics (GA4): key events / leads, conversion rate on owner service page, assisted paths (blog -&gt; service page -&gt; inquiry).</w:t>
      </w:r>
    </w:p>
    <w:p>
      <w:pPr>
        <w:pStyle w:val="ListBullet"/>
      </w:pPr>
      <w:r>
        <w:t>Right-page ownership: which URL is winning hire intent? Any wrong-page ranking incidents?</w:t>
      </w:r>
    </w:p>
    <w:p>
      <w:pPr>
        <w:pStyle w:val="ListBullet"/>
      </w:pPr>
      <w:r>
        <w:t>Routing: top support pages sending visits to the owner page; dead-end pages with high exits.</w:t>
      </w:r>
    </w:p>
    <w:p>
      <w:r>
        <w:t>Add 1-2 screenshots/tables if you publish this as a PDF. Keep the post version clean and readable.</w:t>
      </w:r>
    </w:p>
    <w:p/>
    <w:p>
      <w:r>
        <w:rPr>
          <w:b/>
          <w:sz w:val="28"/>
        </w:rPr>
        <w:t>4) Playbook updates (what we are doing differently now)</w:t>
      </w:r>
    </w:p>
    <w:p>
      <w:pPr>
        <w:pStyle w:val="ListBullet"/>
      </w:pPr>
      <w:r>
        <w:t>Update: [e.g., stronger answer blocks on service pages]</w:t>
        <w:br/>
        <w:t>Reason: [what we saw]</w:t>
        <w:br/>
        <w:t>Applies to: [which pages]</w:t>
      </w:r>
    </w:p>
    <w:p>
      <w:pPr>
        <w:pStyle w:val="ListBullet"/>
      </w:pPr>
      <w:r>
        <w:t>Update: [e.g., proof block placement above CTA]</w:t>
        <w:br/>
        <w:t>Reason: ...</w:t>
        <w:br/>
        <w:t>Applies to: ...</w:t>
      </w:r>
    </w:p>
    <w:p>
      <w:pPr>
        <w:pStyle w:val="ListBullet"/>
      </w:pPr>
      <w:r>
        <w:t>Update: [e.g., tighter topic borders to prevent overlap]</w:t>
        <w:br/>
        <w:t>Reason: ...</w:t>
        <w:br/>
        <w:t>Applies to: ...</w:t>
      </w:r>
    </w:p>
    <w:p/>
    <w:p>
      <w:r>
        <w:rPr>
          <w:b/>
          <w:sz w:val="28"/>
        </w:rPr>
        <w:t>5) Action checklist for this quarter (service business edition)</w:t>
      </w:r>
    </w:p>
    <w:p>
      <w:pPr>
        <w:pStyle w:val="ListBullet"/>
      </w:pPr>
      <w:r>
        <w:t>[ ] Confirm one owner page per priority service (no overlap)</w:t>
      </w:r>
    </w:p>
    <w:p>
      <w:pPr>
        <w:pStyle w:val="ListBullet"/>
      </w:pPr>
      <w:r>
        <w:t>[ ] Add/upgrade answer-ready sections (process, fit, pricing factors, timeline factors)</w:t>
      </w:r>
    </w:p>
    <w:p>
      <w:pPr>
        <w:pStyle w:val="ListBullet"/>
      </w:pPr>
      <w:r>
        <w:t>[ ] Add proof blocks with context (what changed, timeframe, scope)</w:t>
      </w:r>
    </w:p>
    <w:p>
      <w:pPr>
        <w:pStyle w:val="ListBullet"/>
      </w:pPr>
      <w:r>
        <w:t>[ ] Add routing bridges from top 5 traffic posts to the owner service page</w:t>
      </w:r>
    </w:p>
    <w:p>
      <w:pPr>
        <w:pStyle w:val="ListBullet"/>
      </w:pPr>
      <w:r>
        <w:t>[ ] Validate tracking: GA4 key events + Search Console monitoring</w:t>
      </w:r>
    </w:p>
    <w:p>
      <w:pPr>
        <w:pStyle w:val="ListBullet"/>
      </w:pPr>
      <w:r>
        <w:t>[ ] Decide keep/merge/redirect for overlapping pages (ownership first)</w:t>
      </w:r>
    </w:p>
    <w:p/>
    <w:p>
      <w:r>
        <w:rPr>
          <w:b/>
          <w:sz w:val="28"/>
        </w:rPr>
        <w:t>6) What we are ignoring (to avoid wasted effort)</w:t>
      </w:r>
    </w:p>
    <w:p>
      <w:pPr>
        <w:pStyle w:val="ListBullet"/>
      </w:pPr>
      <w:r>
        <w:t>Special "AI files" that try to replace clarity (e.g., anything that does not improve the visible page).</w:t>
      </w:r>
    </w:p>
    <w:p>
      <w:pPr>
        <w:pStyle w:val="ListBullet"/>
      </w:pPr>
      <w:r>
        <w:t>Fan-out page publishing for every query variation without a unique page job.</w:t>
      </w:r>
    </w:p>
    <w:p>
      <w:pPr>
        <w:pStyle w:val="ListBullet"/>
      </w:pPr>
      <w:r>
        <w:t>FAQ spam as a substitute for decision support.</w:t>
      </w:r>
    </w:p>
    <w:p>
      <w:pPr>
        <w:pStyle w:val="ListBullet"/>
      </w:pPr>
      <w:r>
        <w:t>Guarantees for AI mentions/citations.</w:t>
      </w:r>
    </w:p>
    <w:p/>
    <w:p>
      <w:r>
        <w:rPr>
          <w:b/>
          <w:sz w:val="28"/>
        </w:rPr>
        <w:t>7) Watchlist (next quarter)</w:t>
      </w:r>
    </w:p>
    <w:p>
      <w:pPr>
        <w:pStyle w:val="ListBullet"/>
      </w:pPr>
      <w:r>
        <w:t>Watch item: [What you are monitoring]</w:t>
        <w:br/>
        <w:t>Why: [risk/opportunity]</w:t>
        <w:br/>
        <w:t>Signal to watch: [metric/event]</w:t>
        <w:br/>
        <w:t>Action if it happens: [plan]</w:t>
      </w:r>
    </w:p>
    <w:p>
      <w:pPr>
        <w:pStyle w:val="ListBullet"/>
      </w:pPr>
      <w:r>
        <w:t>Watch item: ...</w:t>
      </w:r>
    </w:p>
    <w:p/>
    <w:p>
      <w:r>
        <w:rPr>
          <w:b/>
          <w:sz w:val="28"/>
        </w:rPr>
        <w:t>8) Source log (what we referenced)</w:t>
      </w:r>
    </w:p>
    <w:p>
      <w:r>
        <w:t>List official references and the specific change you took from them.</w:t>
      </w:r>
    </w:p>
    <w:p>
      <w:pPr>
        <w:pStyle w:val="ListBullet"/>
      </w:pPr>
      <w:r>
        <w:t>Google Search Central: AI features and your website - [note]</w:t>
      </w:r>
    </w:p>
    <w:p>
      <w:pPr>
        <w:pStyle w:val="ListBullet"/>
      </w:pPr>
      <w:r>
        <w:t>Google Search Central: Optimizing your website for generative AI features - [note]</w:t>
      </w:r>
    </w:p>
    <w:p>
      <w:pPr>
        <w:pStyle w:val="ListBullet"/>
      </w:pPr>
      <w:r>
        <w:t>OpenAI: Overview of OpenAI crawlers - [note]</w:t>
      </w:r>
    </w:p>
    <w:p>
      <w:pPr>
        <w:pStyle w:val="ListBullet"/>
      </w:pPr>
      <w:r>
        <w:t>OpenAI: Publishers and Developers FAQ - [note]</w:t>
      </w:r>
    </w:p>
    <w:p>
      <w:pPr>
        <w:pStyle w:val="ListBullet"/>
      </w:pPr>
      <w:r>
        <w:t>Google Search Console help: definitions for impressions/clicks/position - [note]</w:t>
      </w:r>
    </w:p>
    <w:p/>
    <w:p>
      <w:r>
        <w:rPr>
          <w:b/>
          <w:sz w:val="28"/>
        </w:rPr>
        <w:t>Need help applying this to your site?</w:t>
      </w:r>
    </w:p>
    <w:p>
      <w:r>
        <w:t>Search + AI Visibility: https://seoinformatica.com/search-ai-visibility/</w:t>
      </w:r>
    </w:p>
    <w:p>
      <w:r>
        <w:t>Start with a Free Diagnosis: https://seoinformatica.com/start/</w:t>
      </w:r>
    </w:p>
    <w:p>
      <w:r>
        <w:t>Email: labs@seoinformatica.com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